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8DFEA" w14:textId="399DFE82" w:rsidR="00A31E0D" w:rsidRDefault="00021844">
      <w:pPr>
        <w:jc w:val="center"/>
        <w:rPr>
          <w:b/>
          <w:sz w:val="30"/>
        </w:rPr>
      </w:pPr>
      <w:r>
        <w:rPr>
          <w:b/>
          <w:sz w:val="30"/>
        </w:rPr>
        <w:t>&lt;Advanced Mobility Global Contest 2026&gt;</w:t>
      </w:r>
      <w:r>
        <w:rPr>
          <w:b/>
          <w:sz w:val="30"/>
        </w:rPr>
        <w:br/>
      </w:r>
      <w:proofErr w:type="spellStart"/>
      <w:r>
        <w:rPr>
          <w:b/>
          <w:sz w:val="30"/>
        </w:rPr>
        <w:t>참가</w:t>
      </w:r>
      <w:proofErr w:type="spellEnd"/>
      <w:r>
        <w:rPr>
          <w:b/>
          <w:sz w:val="30"/>
        </w:rPr>
        <w:t xml:space="preserve"> </w:t>
      </w:r>
      <w:proofErr w:type="spellStart"/>
      <w:r>
        <w:rPr>
          <w:b/>
          <w:sz w:val="30"/>
        </w:rPr>
        <w:t>서약서</w:t>
      </w:r>
      <w:proofErr w:type="spellEnd"/>
    </w:p>
    <w:p w14:paraId="647B300D" w14:textId="72D3AFB6" w:rsidR="00332857" w:rsidRDefault="00021844">
      <w:pPr>
        <w:jc w:val="center"/>
        <w:rPr>
          <w:b/>
          <w:sz w:val="30"/>
        </w:rPr>
      </w:pPr>
      <w:r>
        <w:rPr>
          <w:b/>
          <w:sz w:val="30"/>
        </w:rPr>
        <w:t>Participation Pledge</w:t>
      </w:r>
    </w:p>
    <w:p w14:paraId="22D9D110" w14:textId="77777777" w:rsidR="00A31E0D" w:rsidRDefault="00A31E0D">
      <w:pPr>
        <w:jc w:val="center"/>
      </w:pPr>
    </w:p>
    <w:p w14:paraId="64EF4986" w14:textId="77777777" w:rsidR="00332857" w:rsidRDefault="00021844">
      <w:r>
        <w:rPr>
          <w:b/>
        </w:rPr>
        <w:t xml:space="preserve">1. </w:t>
      </w:r>
      <w:r>
        <w:rPr>
          <w:b/>
        </w:rPr>
        <w:t>신청인은</w:t>
      </w:r>
      <w:r>
        <w:rPr>
          <w:b/>
        </w:rPr>
        <w:t xml:space="preserve"> </w:t>
      </w:r>
      <w:r>
        <w:rPr>
          <w:b/>
        </w:rPr>
        <w:t>공고문</w:t>
      </w:r>
      <w:r>
        <w:rPr>
          <w:b/>
        </w:rPr>
        <w:t xml:space="preserve"> </w:t>
      </w:r>
      <w:r>
        <w:rPr>
          <w:b/>
        </w:rPr>
        <w:t>및</w:t>
      </w:r>
      <w:r>
        <w:rPr>
          <w:b/>
        </w:rPr>
        <w:t xml:space="preserve"> </w:t>
      </w:r>
      <w:r>
        <w:rPr>
          <w:b/>
        </w:rPr>
        <w:t>제안서</w:t>
      </w:r>
      <w:r>
        <w:rPr>
          <w:b/>
        </w:rPr>
        <w:t xml:space="preserve"> </w:t>
      </w:r>
      <w:r>
        <w:rPr>
          <w:b/>
        </w:rPr>
        <w:t>작성</w:t>
      </w:r>
      <w:r>
        <w:rPr>
          <w:b/>
        </w:rPr>
        <w:t xml:space="preserve"> </w:t>
      </w:r>
      <w:r>
        <w:rPr>
          <w:b/>
        </w:rPr>
        <w:t>시</w:t>
      </w:r>
      <w:r>
        <w:rPr>
          <w:b/>
        </w:rPr>
        <w:t xml:space="preserve"> </w:t>
      </w:r>
      <w:r>
        <w:rPr>
          <w:b/>
        </w:rPr>
        <w:t>유의사항</w:t>
      </w:r>
      <w:r>
        <w:rPr>
          <w:b/>
        </w:rPr>
        <w:t xml:space="preserve"> </w:t>
      </w:r>
      <w:r>
        <w:rPr>
          <w:b/>
        </w:rPr>
        <w:t>등을</w:t>
      </w:r>
      <w:r>
        <w:rPr>
          <w:b/>
        </w:rPr>
        <w:t xml:space="preserve"> </w:t>
      </w:r>
      <w:r>
        <w:rPr>
          <w:b/>
        </w:rPr>
        <w:t>충분히</w:t>
      </w:r>
      <w:r>
        <w:rPr>
          <w:b/>
        </w:rPr>
        <w:t xml:space="preserve"> </w:t>
      </w:r>
      <w:r>
        <w:rPr>
          <w:b/>
        </w:rPr>
        <w:t>숙지하였으며</w:t>
      </w:r>
      <w:r>
        <w:rPr>
          <w:b/>
        </w:rPr>
        <w:t xml:space="preserve">, </w:t>
      </w:r>
      <w:r>
        <w:rPr>
          <w:b/>
        </w:rPr>
        <w:t>대회의</w:t>
      </w:r>
      <w:r>
        <w:rPr>
          <w:b/>
        </w:rPr>
        <w:t xml:space="preserve"> </w:t>
      </w:r>
      <w:r>
        <w:rPr>
          <w:b/>
        </w:rPr>
        <w:t>원활한</w:t>
      </w:r>
      <w:r>
        <w:rPr>
          <w:b/>
        </w:rPr>
        <w:t xml:space="preserve"> </w:t>
      </w:r>
      <w:r>
        <w:rPr>
          <w:b/>
        </w:rPr>
        <w:t>진행을</w:t>
      </w:r>
      <w:r>
        <w:rPr>
          <w:b/>
        </w:rPr>
        <w:t xml:space="preserve"> </w:t>
      </w:r>
      <w:r>
        <w:rPr>
          <w:b/>
        </w:rPr>
        <w:t>위해</w:t>
      </w:r>
      <w:r>
        <w:rPr>
          <w:b/>
        </w:rPr>
        <w:t xml:space="preserve"> </w:t>
      </w:r>
      <w:r>
        <w:rPr>
          <w:b/>
        </w:rPr>
        <w:t>적극</w:t>
      </w:r>
      <w:r>
        <w:rPr>
          <w:b/>
        </w:rPr>
        <w:t xml:space="preserve"> </w:t>
      </w:r>
      <w:r>
        <w:rPr>
          <w:b/>
        </w:rPr>
        <w:t>협조하겠습니다</w:t>
      </w:r>
      <w:r>
        <w:rPr>
          <w:b/>
        </w:rPr>
        <w:t>.</w:t>
      </w:r>
      <w:r>
        <w:rPr>
          <w:b/>
        </w:rPr>
        <w:br/>
      </w:r>
      <w:r>
        <w:t>The applicant fully understands the contest guidelines and proposal instructions and agrees to actively cooperate for the smooth operation of the contest.</w:t>
      </w:r>
    </w:p>
    <w:p w14:paraId="4AE47B9C" w14:textId="77777777" w:rsidR="00332857" w:rsidRDefault="00021844">
      <w:r>
        <w:rPr>
          <w:b/>
          <w:lang w:eastAsia="ko-KR"/>
        </w:rPr>
        <w:t xml:space="preserve">2. </w:t>
      </w:r>
      <w:r>
        <w:rPr>
          <w:b/>
          <w:lang w:eastAsia="ko-KR"/>
        </w:rPr>
        <w:t>신청</w:t>
      </w:r>
      <w:r>
        <w:rPr>
          <w:b/>
          <w:lang w:eastAsia="ko-KR"/>
        </w:rPr>
        <w:t xml:space="preserve"> </w:t>
      </w:r>
      <w:r>
        <w:rPr>
          <w:b/>
          <w:lang w:eastAsia="ko-KR"/>
        </w:rPr>
        <w:t>기술과</w:t>
      </w:r>
      <w:r>
        <w:rPr>
          <w:b/>
          <w:lang w:eastAsia="ko-KR"/>
        </w:rPr>
        <w:t xml:space="preserve"> </w:t>
      </w:r>
      <w:r>
        <w:rPr>
          <w:b/>
          <w:lang w:eastAsia="ko-KR"/>
        </w:rPr>
        <w:t>동일한</w:t>
      </w:r>
      <w:r>
        <w:rPr>
          <w:b/>
          <w:lang w:eastAsia="ko-KR"/>
        </w:rPr>
        <w:t xml:space="preserve"> </w:t>
      </w:r>
      <w:r>
        <w:rPr>
          <w:b/>
          <w:lang w:eastAsia="ko-KR"/>
        </w:rPr>
        <w:t>기술로</w:t>
      </w:r>
      <w:r>
        <w:rPr>
          <w:b/>
          <w:lang w:eastAsia="ko-KR"/>
        </w:rPr>
        <w:t xml:space="preserve"> </w:t>
      </w:r>
      <w:r>
        <w:rPr>
          <w:b/>
          <w:lang w:eastAsia="ko-KR"/>
        </w:rPr>
        <w:t>타</w:t>
      </w:r>
      <w:r>
        <w:rPr>
          <w:b/>
          <w:lang w:eastAsia="ko-KR"/>
        </w:rPr>
        <w:t xml:space="preserve"> </w:t>
      </w:r>
      <w:r>
        <w:rPr>
          <w:b/>
          <w:lang w:eastAsia="ko-KR"/>
        </w:rPr>
        <w:t>공모전에서</w:t>
      </w:r>
      <w:r>
        <w:rPr>
          <w:b/>
          <w:lang w:eastAsia="ko-KR"/>
        </w:rPr>
        <w:t xml:space="preserve"> </w:t>
      </w:r>
      <w:r>
        <w:rPr>
          <w:b/>
          <w:lang w:eastAsia="ko-KR"/>
        </w:rPr>
        <w:t>수상하거나</w:t>
      </w:r>
      <w:r>
        <w:rPr>
          <w:b/>
          <w:lang w:eastAsia="ko-KR"/>
        </w:rPr>
        <w:t xml:space="preserve"> </w:t>
      </w:r>
      <w:r>
        <w:rPr>
          <w:b/>
          <w:lang w:eastAsia="ko-KR"/>
        </w:rPr>
        <w:t>자금</w:t>
      </w:r>
      <w:r>
        <w:rPr>
          <w:b/>
          <w:lang w:eastAsia="ko-KR"/>
        </w:rPr>
        <w:t>·</w:t>
      </w:r>
      <w:r>
        <w:rPr>
          <w:b/>
          <w:lang w:eastAsia="ko-KR"/>
        </w:rPr>
        <w:t>기술지원을</w:t>
      </w:r>
      <w:r>
        <w:rPr>
          <w:b/>
          <w:lang w:eastAsia="ko-KR"/>
        </w:rPr>
        <w:t xml:space="preserve"> </w:t>
      </w:r>
      <w:r>
        <w:rPr>
          <w:b/>
          <w:lang w:eastAsia="ko-KR"/>
        </w:rPr>
        <w:t>받은</w:t>
      </w:r>
      <w:r>
        <w:rPr>
          <w:b/>
          <w:lang w:eastAsia="ko-KR"/>
        </w:rPr>
        <w:t xml:space="preserve"> </w:t>
      </w:r>
      <w:r>
        <w:rPr>
          <w:b/>
          <w:lang w:eastAsia="ko-KR"/>
        </w:rPr>
        <w:t>사실이</w:t>
      </w:r>
      <w:r>
        <w:rPr>
          <w:b/>
          <w:lang w:eastAsia="ko-KR"/>
        </w:rPr>
        <w:t xml:space="preserve"> </w:t>
      </w:r>
      <w:r>
        <w:rPr>
          <w:b/>
          <w:lang w:eastAsia="ko-KR"/>
        </w:rPr>
        <w:t>없으며</w:t>
      </w:r>
      <w:r>
        <w:rPr>
          <w:b/>
          <w:lang w:eastAsia="ko-KR"/>
        </w:rPr>
        <w:t xml:space="preserve">, </w:t>
      </w:r>
      <w:r>
        <w:rPr>
          <w:b/>
          <w:lang w:eastAsia="ko-KR"/>
        </w:rPr>
        <w:t>위반</w:t>
      </w:r>
      <w:r>
        <w:rPr>
          <w:b/>
          <w:lang w:eastAsia="ko-KR"/>
        </w:rPr>
        <w:t xml:space="preserve"> </w:t>
      </w:r>
      <w:r>
        <w:rPr>
          <w:b/>
          <w:lang w:eastAsia="ko-KR"/>
        </w:rPr>
        <w:t>사실이</w:t>
      </w:r>
      <w:r>
        <w:rPr>
          <w:b/>
          <w:lang w:eastAsia="ko-KR"/>
        </w:rPr>
        <w:t xml:space="preserve"> </w:t>
      </w:r>
      <w:r>
        <w:rPr>
          <w:b/>
          <w:lang w:eastAsia="ko-KR"/>
        </w:rPr>
        <w:t>확인될</w:t>
      </w:r>
      <w:r>
        <w:rPr>
          <w:b/>
          <w:lang w:eastAsia="ko-KR"/>
        </w:rPr>
        <w:t xml:space="preserve"> </w:t>
      </w:r>
      <w:r>
        <w:rPr>
          <w:b/>
          <w:lang w:eastAsia="ko-KR"/>
        </w:rPr>
        <w:t>경우</w:t>
      </w:r>
      <w:r>
        <w:rPr>
          <w:b/>
          <w:lang w:eastAsia="ko-KR"/>
        </w:rPr>
        <w:t xml:space="preserve"> </w:t>
      </w:r>
      <w:r>
        <w:rPr>
          <w:b/>
          <w:lang w:eastAsia="ko-KR"/>
        </w:rPr>
        <w:t>수상</w:t>
      </w:r>
      <w:r>
        <w:rPr>
          <w:b/>
          <w:lang w:eastAsia="ko-KR"/>
        </w:rPr>
        <w:t xml:space="preserve"> </w:t>
      </w:r>
      <w:r>
        <w:rPr>
          <w:b/>
          <w:lang w:eastAsia="ko-KR"/>
        </w:rPr>
        <w:t>취소</w:t>
      </w:r>
      <w:r>
        <w:rPr>
          <w:b/>
          <w:lang w:eastAsia="ko-KR"/>
        </w:rPr>
        <w:t xml:space="preserve"> </w:t>
      </w:r>
      <w:r>
        <w:rPr>
          <w:b/>
          <w:lang w:eastAsia="ko-KR"/>
        </w:rPr>
        <w:t>및</w:t>
      </w:r>
      <w:r>
        <w:rPr>
          <w:b/>
          <w:lang w:eastAsia="ko-KR"/>
        </w:rPr>
        <w:t xml:space="preserve"> </w:t>
      </w:r>
      <w:r>
        <w:rPr>
          <w:b/>
          <w:lang w:eastAsia="ko-KR"/>
        </w:rPr>
        <w:t>상금</w:t>
      </w:r>
      <w:r>
        <w:rPr>
          <w:b/>
          <w:lang w:eastAsia="ko-KR"/>
        </w:rPr>
        <w:t xml:space="preserve"> </w:t>
      </w:r>
      <w:r>
        <w:rPr>
          <w:b/>
          <w:lang w:eastAsia="ko-KR"/>
        </w:rPr>
        <w:t>환수에</w:t>
      </w:r>
      <w:r>
        <w:rPr>
          <w:b/>
          <w:lang w:eastAsia="ko-KR"/>
        </w:rPr>
        <w:t xml:space="preserve"> </w:t>
      </w:r>
      <w:r>
        <w:rPr>
          <w:b/>
          <w:lang w:eastAsia="ko-KR"/>
        </w:rPr>
        <w:t>동의합니다</w:t>
      </w:r>
      <w:r>
        <w:rPr>
          <w:b/>
          <w:lang w:eastAsia="ko-KR"/>
        </w:rPr>
        <w:t>.</w:t>
      </w:r>
      <w:r>
        <w:rPr>
          <w:b/>
          <w:lang w:eastAsia="ko-KR"/>
        </w:rPr>
        <w:br/>
      </w:r>
      <w:r>
        <w:t>The applicant and team members confirm that the submitted technology has not received awards, funding, or technical support from other competitions. If otherwise discovered, the applicant agrees to cancellation of awards and recovery of prize money.</w:t>
      </w:r>
    </w:p>
    <w:p w14:paraId="3A66F906" w14:textId="77777777" w:rsidR="00332857" w:rsidRDefault="00021844">
      <w:r>
        <w:rPr>
          <w:b/>
          <w:lang w:eastAsia="ko-KR"/>
        </w:rPr>
        <w:t xml:space="preserve">3. </w:t>
      </w:r>
      <w:r>
        <w:rPr>
          <w:b/>
          <w:lang w:eastAsia="ko-KR"/>
        </w:rPr>
        <w:t>본</w:t>
      </w:r>
      <w:r>
        <w:rPr>
          <w:b/>
          <w:lang w:eastAsia="ko-KR"/>
        </w:rPr>
        <w:t xml:space="preserve"> </w:t>
      </w:r>
      <w:r>
        <w:rPr>
          <w:b/>
          <w:lang w:eastAsia="ko-KR"/>
        </w:rPr>
        <w:t>대회와</w:t>
      </w:r>
      <w:r>
        <w:rPr>
          <w:b/>
          <w:lang w:eastAsia="ko-KR"/>
        </w:rPr>
        <w:t xml:space="preserve"> </w:t>
      </w:r>
      <w:r>
        <w:rPr>
          <w:b/>
          <w:lang w:eastAsia="ko-KR"/>
        </w:rPr>
        <w:t>관련된</w:t>
      </w:r>
      <w:r>
        <w:rPr>
          <w:b/>
          <w:lang w:eastAsia="ko-KR"/>
        </w:rPr>
        <w:t xml:space="preserve"> </w:t>
      </w:r>
      <w:r>
        <w:rPr>
          <w:b/>
          <w:lang w:eastAsia="ko-KR"/>
        </w:rPr>
        <w:t>촬영</w:t>
      </w:r>
      <w:r>
        <w:rPr>
          <w:b/>
          <w:lang w:eastAsia="ko-KR"/>
        </w:rPr>
        <w:t xml:space="preserve"> </w:t>
      </w:r>
      <w:r>
        <w:rPr>
          <w:b/>
          <w:lang w:eastAsia="ko-KR"/>
        </w:rPr>
        <w:t>및</w:t>
      </w:r>
      <w:r>
        <w:rPr>
          <w:b/>
          <w:lang w:eastAsia="ko-KR"/>
        </w:rPr>
        <w:t xml:space="preserve"> </w:t>
      </w:r>
      <w:r>
        <w:rPr>
          <w:b/>
          <w:lang w:eastAsia="ko-KR"/>
        </w:rPr>
        <w:t>홍보</w:t>
      </w:r>
      <w:r>
        <w:rPr>
          <w:b/>
          <w:lang w:eastAsia="ko-KR"/>
        </w:rPr>
        <w:t xml:space="preserve"> </w:t>
      </w:r>
      <w:r>
        <w:rPr>
          <w:b/>
          <w:lang w:eastAsia="ko-KR"/>
        </w:rPr>
        <w:t>활용에</w:t>
      </w:r>
      <w:r>
        <w:rPr>
          <w:b/>
          <w:lang w:eastAsia="ko-KR"/>
        </w:rPr>
        <w:t xml:space="preserve"> </w:t>
      </w:r>
      <w:r>
        <w:rPr>
          <w:b/>
          <w:lang w:eastAsia="ko-KR"/>
        </w:rPr>
        <w:t>동의합니다</w:t>
      </w:r>
      <w:r>
        <w:rPr>
          <w:b/>
          <w:lang w:eastAsia="ko-KR"/>
        </w:rPr>
        <w:t>.</w:t>
      </w:r>
      <w:r>
        <w:rPr>
          <w:b/>
          <w:lang w:eastAsia="ko-KR"/>
        </w:rPr>
        <w:br/>
      </w:r>
      <w:r>
        <w:t>The applicant agrees to photography, recording, and promotional use related to the contest.</w:t>
      </w:r>
    </w:p>
    <w:p w14:paraId="1B6C1D7E" w14:textId="5DBEB1D3" w:rsidR="00332857" w:rsidRDefault="00021844">
      <w:pPr>
        <w:rPr>
          <w:rFonts w:hint="eastAsia"/>
          <w:lang w:eastAsia="ko-KR"/>
        </w:rPr>
      </w:pPr>
      <w:r>
        <w:rPr>
          <w:b/>
          <w:lang w:eastAsia="ko-KR"/>
        </w:rPr>
        <w:t xml:space="preserve">4. </w:t>
      </w:r>
      <w:r w:rsidR="0013436B" w:rsidRPr="0013436B">
        <w:rPr>
          <w:b/>
          <w:lang w:eastAsia="ko-KR"/>
        </w:rPr>
        <w:t>신청인은 심사 기준 및 결과를 존중하며, 주최 측의 최종 결정에 따르겠습니다.</w:t>
      </w:r>
      <w:r>
        <w:rPr>
          <w:b/>
          <w:lang w:eastAsia="ko-KR"/>
        </w:rPr>
        <w:br/>
      </w:r>
      <w:r w:rsidR="0013436B" w:rsidRPr="0013436B">
        <w:t>The applicant respects the evaluation criteria and results and agrees to follow the final decision of the organizer</w:t>
      </w:r>
      <w:r w:rsidR="0013436B">
        <w:rPr>
          <w:rFonts w:hint="eastAsia"/>
          <w:lang w:eastAsia="ko-KR"/>
        </w:rPr>
        <w:t>.</w:t>
      </w:r>
    </w:p>
    <w:p w14:paraId="1DB43B19" w14:textId="77777777" w:rsidR="00332857" w:rsidRDefault="00021844">
      <w:r>
        <w:rPr>
          <w:b/>
          <w:lang w:eastAsia="ko-KR"/>
        </w:rPr>
        <w:t xml:space="preserve">5. </w:t>
      </w:r>
      <w:r>
        <w:rPr>
          <w:b/>
          <w:lang w:eastAsia="ko-KR"/>
        </w:rPr>
        <w:t>제출</w:t>
      </w:r>
      <w:r>
        <w:rPr>
          <w:b/>
          <w:lang w:eastAsia="ko-KR"/>
        </w:rPr>
        <w:t xml:space="preserve"> </w:t>
      </w:r>
      <w:r>
        <w:rPr>
          <w:b/>
          <w:lang w:eastAsia="ko-KR"/>
        </w:rPr>
        <w:t>자료는</w:t>
      </w:r>
      <w:r>
        <w:rPr>
          <w:b/>
          <w:lang w:eastAsia="ko-KR"/>
        </w:rPr>
        <w:t xml:space="preserve"> </w:t>
      </w:r>
      <w:r>
        <w:rPr>
          <w:b/>
          <w:lang w:eastAsia="ko-KR"/>
        </w:rPr>
        <w:t>모두</w:t>
      </w:r>
      <w:r>
        <w:rPr>
          <w:b/>
          <w:lang w:eastAsia="ko-KR"/>
        </w:rPr>
        <w:t xml:space="preserve"> </w:t>
      </w:r>
      <w:r>
        <w:rPr>
          <w:b/>
          <w:lang w:eastAsia="ko-KR"/>
        </w:rPr>
        <w:t>사실에</w:t>
      </w:r>
      <w:r>
        <w:rPr>
          <w:b/>
          <w:lang w:eastAsia="ko-KR"/>
        </w:rPr>
        <w:t xml:space="preserve"> </w:t>
      </w:r>
      <w:r>
        <w:rPr>
          <w:b/>
          <w:lang w:eastAsia="ko-KR"/>
        </w:rPr>
        <w:t>기반하며</w:t>
      </w:r>
      <w:r>
        <w:rPr>
          <w:b/>
          <w:lang w:eastAsia="ko-KR"/>
        </w:rPr>
        <w:t xml:space="preserve">, </w:t>
      </w:r>
      <w:r>
        <w:rPr>
          <w:b/>
          <w:lang w:eastAsia="ko-KR"/>
        </w:rPr>
        <w:t>허위</w:t>
      </w:r>
      <w:r>
        <w:rPr>
          <w:b/>
          <w:lang w:eastAsia="ko-KR"/>
        </w:rPr>
        <w:t xml:space="preserve"> </w:t>
      </w:r>
      <w:r>
        <w:rPr>
          <w:b/>
          <w:lang w:eastAsia="ko-KR"/>
        </w:rPr>
        <w:t>사실</w:t>
      </w:r>
      <w:r>
        <w:rPr>
          <w:b/>
          <w:lang w:eastAsia="ko-KR"/>
        </w:rPr>
        <w:t xml:space="preserve"> </w:t>
      </w:r>
      <w:r>
        <w:rPr>
          <w:b/>
          <w:lang w:eastAsia="ko-KR"/>
        </w:rPr>
        <w:t>발견</w:t>
      </w:r>
      <w:r>
        <w:rPr>
          <w:b/>
          <w:lang w:eastAsia="ko-KR"/>
        </w:rPr>
        <w:t xml:space="preserve"> </w:t>
      </w:r>
      <w:r>
        <w:rPr>
          <w:b/>
          <w:lang w:eastAsia="ko-KR"/>
        </w:rPr>
        <w:t>시</w:t>
      </w:r>
      <w:r>
        <w:rPr>
          <w:b/>
          <w:lang w:eastAsia="ko-KR"/>
        </w:rPr>
        <w:t xml:space="preserve"> </w:t>
      </w:r>
      <w:r>
        <w:rPr>
          <w:b/>
          <w:lang w:eastAsia="ko-KR"/>
        </w:rPr>
        <w:t>모든</w:t>
      </w:r>
      <w:r>
        <w:rPr>
          <w:b/>
          <w:lang w:eastAsia="ko-KR"/>
        </w:rPr>
        <w:t xml:space="preserve"> </w:t>
      </w:r>
      <w:r>
        <w:rPr>
          <w:b/>
          <w:lang w:eastAsia="ko-KR"/>
        </w:rPr>
        <w:t>불이익을</w:t>
      </w:r>
      <w:r>
        <w:rPr>
          <w:b/>
          <w:lang w:eastAsia="ko-KR"/>
        </w:rPr>
        <w:t xml:space="preserve"> </w:t>
      </w:r>
      <w:r>
        <w:rPr>
          <w:b/>
          <w:lang w:eastAsia="ko-KR"/>
        </w:rPr>
        <w:t>감수하겠습니다</w:t>
      </w:r>
      <w:r>
        <w:rPr>
          <w:b/>
          <w:lang w:eastAsia="ko-KR"/>
        </w:rPr>
        <w:t>.</w:t>
      </w:r>
      <w:r>
        <w:rPr>
          <w:b/>
          <w:lang w:eastAsia="ko-KR"/>
        </w:rPr>
        <w:br/>
      </w:r>
      <w:r>
        <w:t>All submitted materials are based on facts, and the applicant accepts all consequences in the event of false information.</w:t>
      </w:r>
    </w:p>
    <w:p w14:paraId="264BFD22" w14:textId="77777777" w:rsidR="00332857" w:rsidRDefault="00021844">
      <w:r>
        <w:rPr>
          <w:b/>
          <w:lang w:eastAsia="ko-KR"/>
        </w:rPr>
        <w:t xml:space="preserve">6. </w:t>
      </w:r>
      <w:r>
        <w:rPr>
          <w:b/>
          <w:lang w:eastAsia="ko-KR"/>
        </w:rPr>
        <w:t>허위</w:t>
      </w:r>
      <w:r>
        <w:rPr>
          <w:b/>
          <w:lang w:eastAsia="ko-KR"/>
        </w:rPr>
        <w:t xml:space="preserve"> </w:t>
      </w:r>
      <w:r>
        <w:rPr>
          <w:b/>
          <w:lang w:eastAsia="ko-KR"/>
        </w:rPr>
        <w:t>기재가</w:t>
      </w:r>
      <w:r>
        <w:rPr>
          <w:b/>
          <w:lang w:eastAsia="ko-KR"/>
        </w:rPr>
        <w:t xml:space="preserve"> </w:t>
      </w:r>
      <w:r>
        <w:rPr>
          <w:b/>
          <w:lang w:eastAsia="ko-KR"/>
        </w:rPr>
        <w:t>확인될</w:t>
      </w:r>
      <w:r>
        <w:rPr>
          <w:b/>
          <w:lang w:eastAsia="ko-KR"/>
        </w:rPr>
        <w:t xml:space="preserve"> </w:t>
      </w:r>
      <w:r>
        <w:rPr>
          <w:b/>
          <w:lang w:eastAsia="ko-KR"/>
        </w:rPr>
        <w:t>경우</w:t>
      </w:r>
      <w:r>
        <w:rPr>
          <w:b/>
          <w:lang w:eastAsia="ko-KR"/>
        </w:rPr>
        <w:t xml:space="preserve"> </w:t>
      </w:r>
      <w:r>
        <w:rPr>
          <w:b/>
          <w:lang w:eastAsia="ko-KR"/>
        </w:rPr>
        <w:t>상장</w:t>
      </w:r>
      <w:r>
        <w:rPr>
          <w:b/>
          <w:lang w:eastAsia="ko-KR"/>
        </w:rPr>
        <w:t xml:space="preserve"> </w:t>
      </w:r>
      <w:r>
        <w:rPr>
          <w:b/>
          <w:lang w:eastAsia="ko-KR"/>
        </w:rPr>
        <w:t>및</w:t>
      </w:r>
      <w:r>
        <w:rPr>
          <w:b/>
          <w:lang w:eastAsia="ko-KR"/>
        </w:rPr>
        <w:t xml:space="preserve"> </w:t>
      </w:r>
      <w:r>
        <w:rPr>
          <w:b/>
          <w:lang w:eastAsia="ko-KR"/>
        </w:rPr>
        <w:t>상금</w:t>
      </w:r>
      <w:r>
        <w:rPr>
          <w:b/>
          <w:lang w:eastAsia="ko-KR"/>
        </w:rPr>
        <w:t xml:space="preserve"> </w:t>
      </w:r>
      <w:r>
        <w:rPr>
          <w:b/>
          <w:lang w:eastAsia="ko-KR"/>
        </w:rPr>
        <w:t>환수에</w:t>
      </w:r>
      <w:r>
        <w:rPr>
          <w:b/>
          <w:lang w:eastAsia="ko-KR"/>
        </w:rPr>
        <w:t xml:space="preserve"> </w:t>
      </w:r>
      <w:r>
        <w:rPr>
          <w:b/>
          <w:lang w:eastAsia="ko-KR"/>
        </w:rPr>
        <w:t>동의합니다</w:t>
      </w:r>
      <w:r>
        <w:rPr>
          <w:b/>
          <w:lang w:eastAsia="ko-KR"/>
        </w:rPr>
        <w:t>.</w:t>
      </w:r>
      <w:r>
        <w:rPr>
          <w:b/>
          <w:lang w:eastAsia="ko-KR"/>
        </w:rPr>
        <w:br/>
      </w:r>
      <w:r>
        <w:t>The applicant agrees that awards and prize money may be revoked if false statements are discovered.</w:t>
      </w:r>
    </w:p>
    <w:p w14:paraId="4C3ACD07" w14:textId="77777777" w:rsidR="00332857" w:rsidRDefault="00021844">
      <w:r>
        <w:rPr>
          <w:b/>
          <w:lang w:eastAsia="ko-KR"/>
        </w:rPr>
        <w:lastRenderedPageBreak/>
        <w:t xml:space="preserve">7. </w:t>
      </w:r>
      <w:r>
        <w:rPr>
          <w:b/>
          <w:lang w:eastAsia="ko-KR"/>
        </w:rPr>
        <w:t>지식재산권</w:t>
      </w:r>
      <w:r>
        <w:rPr>
          <w:b/>
          <w:lang w:eastAsia="ko-KR"/>
        </w:rPr>
        <w:t xml:space="preserve"> </w:t>
      </w:r>
      <w:r>
        <w:rPr>
          <w:b/>
          <w:lang w:eastAsia="ko-KR"/>
        </w:rPr>
        <w:t>관련</w:t>
      </w:r>
      <w:r>
        <w:rPr>
          <w:b/>
          <w:lang w:eastAsia="ko-KR"/>
        </w:rPr>
        <w:t xml:space="preserve"> </w:t>
      </w:r>
      <w:r>
        <w:rPr>
          <w:b/>
          <w:lang w:eastAsia="ko-KR"/>
        </w:rPr>
        <w:t>분쟁</w:t>
      </w:r>
      <w:r>
        <w:rPr>
          <w:b/>
          <w:lang w:eastAsia="ko-KR"/>
        </w:rPr>
        <w:t xml:space="preserve"> </w:t>
      </w:r>
      <w:r>
        <w:rPr>
          <w:b/>
          <w:lang w:eastAsia="ko-KR"/>
        </w:rPr>
        <w:t>발생</w:t>
      </w:r>
      <w:r>
        <w:rPr>
          <w:b/>
          <w:lang w:eastAsia="ko-KR"/>
        </w:rPr>
        <w:t xml:space="preserve"> </w:t>
      </w:r>
      <w:r>
        <w:rPr>
          <w:b/>
          <w:lang w:eastAsia="ko-KR"/>
        </w:rPr>
        <w:t>시</w:t>
      </w:r>
      <w:r>
        <w:rPr>
          <w:b/>
          <w:lang w:eastAsia="ko-KR"/>
        </w:rPr>
        <w:t xml:space="preserve"> </w:t>
      </w:r>
      <w:r>
        <w:rPr>
          <w:b/>
          <w:lang w:eastAsia="ko-KR"/>
        </w:rPr>
        <w:t>법적</w:t>
      </w:r>
      <w:r>
        <w:rPr>
          <w:b/>
          <w:lang w:eastAsia="ko-KR"/>
        </w:rPr>
        <w:t xml:space="preserve"> </w:t>
      </w:r>
      <w:r>
        <w:rPr>
          <w:b/>
          <w:lang w:eastAsia="ko-KR"/>
        </w:rPr>
        <w:t>책임을</w:t>
      </w:r>
      <w:r>
        <w:rPr>
          <w:b/>
          <w:lang w:eastAsia="ko-KR"/>
        </w:rPr>
        <w:t xml:space="preserve"> </w:t>
      </w:r>
      <w:r>
        <w:rPr>
          <w:b/>
          <w:lang w:eastAsia="ko-KR"/>
        </w:rPr>
        <w:t>지겠습니다</w:t>
      </w:r>
      <w:r>
        <w:rPr>
          <w:b/>
          <w:lang w:eastAsia="ko-KR"/>
        </w:rPr>
        <w:t>.</w:t>
      </w:r>
      <w:r>
        <w:rPr>
          <w:b/>
          <w:lang w:eastAsia="ko-KR"/>
        </w:rPr>
        <w:br/>
      </w:r>
      <w:r>
        <w:t>The applicant accepts legal responsibility for any intellectual property disputes.</w:t>
      </w:r>
    </w:p>
    <w:p w14:paraId="06D870EB" w14:textId="77777777" w:rsidR="00332857" w:rsidRDefault="00021844">
      <w:r>
        <w:rPr>
          <w:b/>
          <w:lang w:eastAsia="ko-KR"/>
        </w:rPr>
        <w:t xml:space="preserve">8. </w:t>
      </w:r>
      <w:r>
        <w:rPr>
          <w:b/>
          <w:lang w:eastAsia="ko-KR"/>
        </w:rPr>
        <w:t>확인되지</w:t>
      </w:r>
      <w:r>
        <w:rPr>
          <w:b/>
          <w:lang w:eastAsia="ko-KR"/>
        </w:rPr>
        <w:t xml:space="preserve"> </w:t>
      </w:r>
      <w:r>
        <w:rPr>
          <w:b/>
          <w:lang w:eastAsia="ko-KR"/>
        </w:rPr>
        <w:t>않은</w:t>
      </w:r>
      <w:r>
        <w:rPr>
          <w:b/>
          <w:lang w:eastAsia="ko-KR"/>
        </w:rPr>
        <w:t xml:space="preserve"> </w:t>
      </w:r>
      <w:r>
        <w:rPr>
          <w:b/>
          <w:lang w:eastAsia="ko-KR"/>
        </w:rPr>
        <w:t>사실</w:t>
      </w:r>
      <w:r>
        <w:rPr>
          <w:b/>
          <w:lang w:eastAsia="ko-KR"/>
        </w:rPr>
        <w:t xml:space="preserve"> </w:t>
      </w:r>
      <w:r>
        <w:rPr>
          <w:b/>
          <w:lang w:eastAsia="ko-KR"/>
        </w:rPr>
        <w:t>유포</w:t>
      </w:r>
      <w:r>
        <w:rPr>
          <w:b/>
          <w:lang w:eastAsia="ko-KR"/>
        </w:rPr>
        <w:t xml:space="preserve"> </w:t>
      </w:r>
      <w:r>
        <w:rPr>
          <w:b/>
          <w:lang w:eastAsia="ko-KR"/>
        </w:rPr>
        <w:t>시</w:t>
      </w:r>
      <w:r>
        <w:rPr>
          <w:b/>
          <w:lang w:eastAsia="ko-KR"/>
        </w:rPr>
        <w:t xml:space="preserve"> </w:t>
      </w:r>
      <w:r>
        <w:rPr>
          <w:b/>
          <w:lang w:eastAsia="ko-KR"/>
        </w:rPr>
        <w:t>법적</w:t>
      </w:r>
      <w:r>
        <w:rPr>
          <w:b/>
          <w:lang w:eastAsia="ko-KR"/>
        </w:rPr>
        <w:t>·</w:t>
      </w:r>
      <w:r>
        <w:rPr>
          <w:b/>
          <w:lang w:eastAsia="ko-KR"/>
        </w:rPr>
        <w:t>도의적</w:t>
      </w:r>
      <w:r>
        <w:rPr>
          <w:b/>
          <w:lang w:eastAsia="ko-KR"/>
        </w:rPr>
        <w:t xml:space="preserve"> </w:t>
      </w:r>
      <w:r>
        <w:rPr>
          <w:b/>
          <w:lang w:eastAsia="ko-KR"/>
        </w:rPr>
        <w:t>책임을</w:t>
      </w:r>
      <w:r>
        <w:rPr>
          <w:b/>
          <w:lang w:eastAsia="ko-KR"/>
        </w:rPr>
        <w:t xml:space="preserve"> </w:t>
      </w:r>
      <w:r>
        <w:rPr>
          <w:b/>
          <w:lang w:eastAsia="ko-KR"/>
        </w:rPr>
        <w:t>지겠습니다</w:t>
      </w:r>
      <w:r>
        <w:rPr>
          <w:b/>
          <w:lang w:eastAsia="ko-KR"/>
        </w:rPr>
        <w:t>.</w:t>
      </w:r>
      <w:r>
        <w:rPr>
          <w:b/>
          <w:lang w:eastAsia="ko-KR"/>
        </w:rPr>
        <w:br/>
      </w:r>
      <w:r>
        <w:t>The applicant accepts legal and ethical responsibility for the dissemination of unverified information.</w:t>
      </w:r>
    </w:p>
    <w:p w14:paraId="3870A603" w14:textId="77777777" w:rsidR="00332857" w:rsidRDefault="00021844">
      <w:pPr>
        <w:rPr>
          <w:lang w:eastAsia="ko-KR"/>
        </w:rPr>
      </w:pPr>
      <w:r>
        <w:rPr>
          <w:lang w:eastAsia="ko-KR"/>
        </w:rPr>
        <w:br/>
      </w:r>
      <w:r>
        <w:rPr>
          <w:lang w:eastAsia="ko-KR"/>
        </w:rPr>
        <w:t>신청자</w:t>
      </w:r>
      <w:r>
        <w:rPr>
          <w:lang w:eastAsia="ko-KR"/>
        </w:rPr>
        <w:t xml:space="preserve"> </w:t>
      </w:r>
      <w:r>
        <w:rPr>
          <w:lang w:eastAsia="ko-KR"/>
        </w:rPr>
        <w:t>본인은</w:t>
      </w:r>
      <w:r>
        <w:rPr>
          <w:lang w:eastAsia="ko-KR"/>
        </w:rPr>
        <w:t xml:space="preserve"> </w:t>
      </w:r>
      <w:r>
        <w:rPr>
          <w:lang w:eastAsia="ko-KR"/>
        </w:rPr>
        <w:t>위</w:t>
      </w:r>
      <w:r>
        <w:rPr>
          <w:lang w:eastAsia="ko-KR"/>
        </w:rPr>
        <w:t xml:space="preserve"> </w:t>
      </w:r>
      <w:r>
        <w:rPr>
          <w:lang w:eastAsia="ko-KR"/>
        </w:rPr>
        <w:t>내용을</w:t>
      </w:r>
      <w:r>
        <w:rPr>
          <w:lang w:eastAsia="ko-KR"/>
        </w:rPr>
        <w:t xml:space="preserve"> </w:t>
      </w:r>
      <w:r>
        <w:rPr>
          <w:lang w:eastAsia="ko-KR"/>
        </w:rPr>
        <w:t>충분히</w:t>
      </w:r>
      <w:r>
        <w:rPr>
          <w:lang w:eastAsia="ko-KR"/>
        </w:rPr>
        <w:t xml:space="preserve"> </w:t>
      </w:r>
      <w:r>
        <w:rPr>
          <w:lang w:eastAsia="ko-KR"/>
        </w:rPr>
        <w:t>숙지하였으며</w:t>
      </w:r>
      <w:r>
        <w:rPr>
          <w:lang w:eastAsia="ko-KR"/>
        </w:rPr>
        <w:t xml:space="preserve">, </w:t>
      </w:r>
      <w:r>
        <w:rPr>
          <w:lang w:eastAsia="ko-KR"/>
        </w:rPr>
        <w:t>서약</w:t>
      </w:r>
      <w:r>
        <w:rPr>
          <w:lang w:eastAsia="ko-KR"/>
        </w:rPr>
        <w:t xml:space="preserve"> </w:t>
      </w:r>
      <w:r>
        <w:rPr>
          <w:lang w:eastAsia="ko-KR"/>
        </w:rPr>
        <w:t>내용을</w:t>
      </w:r>
      <w:r>
        <w:rPr>
          <w:lang w:eastAsia="ko-KR"/>
        </w:rPr>
        <w:t xml:space="preserve"> </w:t>
      </w:r>
      <w:r>
        <w:rPr>
          <w:lang w:eastAsia="ko-KR"/>
        </w:rPr>
        <w:t>준수할</w:t>
      </w:r>
      <w:r>
        <w:rPr>
          <w:lang w:eastAsia="ko-KR"/>
        </w:rPr>
        <w:t xml:space="preserve"> </w:t>
      </w:r>
      <w:r>
        <w:rPr>
          <w:lang w:eastAsia="ko-KR"/>
        </w:rPr>
        <w:t>것을</w:t>
      </w:r>
      <w:r>
        <w:rPr>
          <w:lang w:eastAsia="ko-KR"/>
        </w:rPr>
        <w:t xml:space="preserve"> </w:t>
      </w:r>
      <w:r>
        <w:rPr>
          <w:lang w:eastAsia="ko-KR"/>
        </w:rPr>
        <w:t>확인합니다</w:t>
      </w:r>
      <w:r>
        <w:rPr>
          <w:lang w:eastAsia="ko-KR"/>
        </w:rPr>
        <w:t>.</w:t>
      </w:r>
    </w:p>
    <w:p w14:paraId="3C80632A" w14:textId="2469186D" w:rsidR="004121F2" w:rsidRDefault="00021844">
      <w:pPr>
        <w:rPr>
          <w:rFonts w:hint="eastAsia"/>
          <w:lang w:eastAsia="ko-KR"/>
        </w:rPr>
      </w:pPr>
      <w:r>
        <w:t>The applicant confirms full understanding of the above contents and agrees to comply with this pledge.</w:t>
      </w:r>
    </w:p>
    <w:p w14:paraId="10214872" w14:textId="699489E9" w:rsidR="00E01F12" w:rsidRDefault="00021844" w:rsidP="00E01F12">
      <w:pPr>
        <w:jc w:val="right"/>
        <w:rPr>
          <w:rFonts w:hint="eastAsia"/>
          <w:lang w:eastAsia="ko-KR"/>
        </w:rPr>
      </w:pPr>
      <w:r>
        <w:br/>
      </w:r>
      <w:r>
        <w:br/>
        <w:t>2026</w:t>
      </w:r>
      <w:r>
        <w:t>년</w:t>
      </w:r>
      <w:r>
        <w:t xml:space="preserve"> _____</w:t>
      </w:r>
      <w:r>
        <w:t>월</w:t>
      </w:r>
      <w:r>
        <w:t xml:space="preserve"> _____</w:t>
      </w:r>
      <w:r>
        <w:t>일</w:t>
      </w:r>
      <w:r>
        <w:br/>
        <w:t>Date: ____________, 2026</w:t>
      </w:r>
      <w:r>
        <w:br/>
      </w:r>
      <w:r>
        <w:t>Applicant (Team Leader): ____________________ (Signature)</w:t>
      </w:r>
    </w:p>
    <w:sectPr w:rsidR="00E01F1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48404240">
    <w:abstractNumId w:val="8"/>
  </w:num>
  <w:num w:numId="2" w16cid:durableId="375474126">
    <w:abstractNumId w:val="6"/>
  </w:num>
  <w:num w:numId="3" w16cid:durableId="1450540474">
    <w:abstractNumId w:val="5"/>
  </w:num>
  <w:num w:numId="4" w16cid:durableId="816143571">
    <w:abstractNumId w:val="4"/>
  </w:num>
  <w:num w:numId="5" w16cid:durableId="681470151">
    <w:abstractNumId w:val="7"/>
  </w:num>
  <w:num w:numId="6" w16cid:durableId="1449735047">
    <w:abstractNumId w:val="3"/>
  </w:num>
  <w:num w:numId="7" w16cid:durableId="2071146265">
    <w:abstractNumId w:val="2"/>
  </w:num>
  <w:num w:numId="8" w16cid:durableId="246381298">
    <w:abstractNumId w:val="1"/>
  </w:num>
  <w:num w:numId="9" w16cid:durableId="544829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844"/>
    <w:rsid w:val="00034616"/>
    <w:rsid w:val="0006063C"/>
    <w:rsid w:val="0013436B"/>
    <w:rsid w:val="0015074B"/>
    <w:rsid w:val="0029639D"/>
    <w:rsid w:val="00326F90"/>
    <w:rsid w:val="00332857"/>
    <w:rsid w:val="00335319"/>
    <w:rsid w:val="004121F2"/>
    <w:rsid w:val="005C394D"/>
    <w:rsid w:val="00A31E0D"/>
    <w:rsid w:val="00AA1D8D"/>
    <w:rsid w:val="00B2164B"/>
    <w:rsid w:val="00B47730"/>
    <w:rsid w:val="00CB0664"/>
    <w:rsid w:val="00E01F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734E87"/>
  <w14:defaultImageDpi w14:val="300"/>
  <w15:docId w15:val="{FEF7169C-2AC7-49B9-801B-B60D16F52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맑은 고딕" w:eastAsia="맑은 고딕" w:hAnsi="맑은 고딕"/>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세환6 명</cp:lastModifiedBy>
  <cp:revision>6</cp:revision>
  <dcterms:created xsi:type="dcterms:W3CDTF">2026-05-12T07:25:00Z</dcterms:created>
  <dcterms:modified xsi:type="dcterms:W3CDTF">2026-05-13T06:46:00Z</dcterms:modified>
  <cp:category/>
</cp:coreProperties>
</file>